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في ادارة المبيعات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الادارة/ 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