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محمود 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9789957079307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الصحية/ المستشفيات/ المراكز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