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ومداخل الادارة ووظائفها في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زكريا مطلك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9789957122812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