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البورصات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توفيق الحاج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9789957524098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