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9729957062671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المصارف الاسلامية/ ادارة المخاطر/ ادارة الازمات/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