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عامر إبراهيم قنديلجي/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البحوث الكمية/ البحوث النوعية/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