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اسماعيل محمد بن قانة/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9789957224219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الدول النامية/ اقتصاد/ النظريات/ المشكلات/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