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العمليات والاستبقيات التنافسية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9789957123390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التنافسية/ استراتيجية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