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تسويق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عبد الله العوامر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59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بيعات/ بحوث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