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الأفكار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علي كاظم المعموري/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الفكر الاقتصادي/ المذاهب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