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جودة المعلومات والذكاء الاستراتيجي في بناء المنظمات المعاصرة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ليث عبد الله القهيوي/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9789957327378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السلوك التنظيمي/ ادارة المعلومات/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