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خضر مصباح الطيطي/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