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التجارة الخارجية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جمال جويدان الجمل/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الكتاب الأكاديمي/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9789957350536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التجارة/ الاردن/ التجارة الخارجية/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