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تسويقية 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زاهر عبد الرحيم عاطف/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9789789957491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