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تخطيط ومراقبة الإنتاج في المؤسسات الصناعية والخدمية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سامح عبد المطلب عامر/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9789957077105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الصناعة/ ادارة الانتاج/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