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والمؤسسة والسلطة نحو ممارسة أدبية جديدة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يقطين/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80032655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المؤسسة/ الأدب/ السلطة/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