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في مرأة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 الأمريكية/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