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أسئلة الثقافة العربية في منعطف القرن الحادي والعشرين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محسن خضر/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أفريقيا الشرق/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9789981255234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الثقافة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