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الالسنية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جرجس ميشال جرجس/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9789953559407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الألسنية/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