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التراث العربي ( من التراث الى ناطحات السحاب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خليل أحمد خليل/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9789953684123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التراث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