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 ( مختارات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الشعراء/ المسرح/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