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الوصف في القصة القصيرة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هيفاء الفريح/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السعودية/ القصة القصيرة/ الوصف/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