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النص الغائب في ( أولاد حارتنا) لنجيب محفوظ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وليد محمود خالص/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الفارس/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9789953363165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التحليل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