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والتوماهوك ويليه المثقف والاغتيال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الصائغ/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9789953363769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التوماهوك/ المثقف و الاغتيال/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