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المطابقة والاختلاف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الله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النقد العربي/ المطابقة/ الإختلاف/ المركزية الغربية/ المركزية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