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حوار الحضارات والمشهد الثقافي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الإسلام/ الثقافة/ حوار الحضارات/ الغرب/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