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قضايا النقد والحداثة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ساندي سالم أبو سيف/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المؤسسة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80053777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الشعر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