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وق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أحمد ال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0195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خطاب/ أصول الفق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