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النحو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نهاد الموسى/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النحو/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