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ظاهرية ابن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أنور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المعهد العالمي للفكر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9781565643291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الظاهرية/ منهجيات النقد/ الفلسفة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