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مدار الحكاية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الشدوي/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9789953683027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المدار/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