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غسان كنفاني و عبد الرحمن منيف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كريم مهدي المسعوي/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أسامة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22*15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800551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الأدب العربي/ الرواية العربية/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