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الدراسة الأدبية واللغوية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هانى العمد/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