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بداية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العدواني/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9789953685052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العربية/ البداية/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