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مفاهيم الترجمة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محمد الديداوي/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9789953682563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التعريب/ الترجمة/ الترجمة التعريبية/ إصطلاحية المعرفة/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