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الحجب في خطاب الجسد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9789953682631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