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vocabulary in use elementry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6.éd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9780521136204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