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English vocabulary in use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Michael  McCarthy/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CAMBRIDGE/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315p.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9780521677462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