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covering gram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00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