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Howards end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E.M.Forster/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7.éd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9780582792432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