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golden age of Myth and Legend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Tomas Bulfinch/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Reference/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9781853263071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