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Animal farm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9780141182704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