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Advanced learner's dictionary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H. Manser/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Reference/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9781853267635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