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penguin dictionary of language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David Crystal/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9780140514162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