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Moby Dick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Herman Melville/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9789771603665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