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King Solomon's Mines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 Rider Haggard/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9789771603627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