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Problemes aux limites avec conditions aux bord non locales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Bouzit Mohammed/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26*18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51010111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