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الحضارة العربية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حاتم نايل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90009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