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السيميائيات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للعلوم ناشرون/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9789953877150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