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 غوريو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نبيه صقر/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عويدات للنشر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9789953280943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الروايات/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